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36"/>
        </w:rPr>
        <w:t>BPOWER YBC-HF1220A</w:t>
      </w:r>
    </w:p>
    <w:p>
      <w:pPr>
        <w:jc w:val="center"/>
      </w:pPr>
      <w:r>
        <w:rPr>
          <w:b/>
          <w:color w:val="1F4E79"/>
          <w:sz w:val="28"/>
        </w:rPr>
        <w:t>Návod k obsluze</w:t>
      </w:r>
    </w:p>
    <w:p>
      <w:pPr>
        <w:jc w:val="center"/>
      </w:pPr>
      <w:r>
        <w:rPr>
          <w:color w:val="444444"/>
          <w:sz w:val="24"/>
        </w:rPr>
        <w:t>Nabíječka autobaterií 6V / 12V</w:t>
      </w:r>
    </w:p>
    <w:p>
      <w:pPr>
        <w:jc w:val="center"/>
      </w:pPr>
      <w:r>
        <w:rPr>
          <w:color w:val="444444"/>
          <w:sz w:val="22"/>
        </w:rPr>
        <w:t>Nabíjecí proudy: 2A / 10A / 20A / AUTO 0–20A | Startovací proud: 75A</w:t>
      </w:r>
    </w:p>
    <w:p>
      <w:r>
        <w:br w:type="page"/>
      </w:r>
    </w:p>
    <w:p>
      <w:pPr>
        <w:pStyle w:val="Heading1"/>
      </w:pPr>
      <w:r>
        <w:rPr>
          <w:color w:val="1F4E79"/>
        </w:rPr>
        <w:t>1. Bezpečnostní pokyny</w:t>
      </w:r>
    </w:p>
    <w:p>
      <w:r>
        <w:rPr>
          <w:sz w:val="20"/>
        </w:rPr>
        <w:t>1. USCHOVEJTE TENTO NÁVOD. Obsahuje důležité bezpečnostní a provozní pokyny. Může být potřeba se k nim v budoucnu vrátit.</w:t>
      </w:r>
    </w:p>
    <w:p>
      <w:r>
        <w:rPr>
          <w:sz w:val="20"/>
        </w:rPr>
        <w:t>2. Toto zařízení mohou používat děti od 8 let a osoby se sníženými fyzickými, smyslovými či duševními schopnostmi, pokud byly poučeny o bezpečném používání a rozumí souvisejícím rizikům. Děti si s přístrojem nesmějí hrát. Čištění a uživatelskou údržbu nesmějí provádět děti bez dozoru.</w:t>
      </w:r>
    </w:p>
    <w:p>
      <w:r>
        <w:rPr>
          <w:sz w:val="20"/>
        </w:rPr>
        <w:t>3. Nevystavujte nabíječku dešti ani sněhu.</w:t>
      </w:r>
    </w:p>
    <w:p>
      <w:r>
        <w:rPr>
          <w:sz w:val="20"/>
        </w:rPr>
        <w:t>4. Použití příslušenství, které není doporučeno výrobcem, může vést k riziku požáru, úrazu elektrickým proudem nebo zranění.</w:t>
      </w:r>
    </w:p>
    <w:p>
      <w:r>
        <w:rPr>
          <w:sz w:val="20"/>
        </w:rPr>
        <w:t>5. Při odpojování nabíječky tahejte za zástrčku, nikoli za kabel.</w:t>
      </w:r>
    </w:p>
    <w:p>
      <w:r>
        <w:rPr>
          <w:sz w:val="20"/>
        </w:rPr>
        <w:t>6. Ujistěte se, že napájecí kabel je veden tak, aby po něm nikdo nešlapal a nebyl jinak mechanicky namáhán.</w:t>
      </w:r>
    </w:p>
    <w:p>
      <w:r>
        <w:rPr>
          <w:sz w:val="20"/>
        </w:rPr>
        <w:t>7. Nepoužívejte prodlužovací kabel, pokud to není nezbytné. Použití nevhodného prodlužovacího kabelu může způsobit požár nebo úraz elektrickým proudem. Pokud jej musíte použít: a) kolíky zástrčky musí odpovídat nabíječce; b) kabel musí být správně zapojen a v dobrém stavu; c) pro délku do 15 m použijte průřez minimálně 1,5 mm².</w:t>
      </w:r>
    </w:p>
    <w:p>
      <w:r>
        <w:rPr>
          <w:sz w:val="20"/>
        </w:rPr>
        <w:t>8. Nepoužívejte nabíječku s poškozeným kabelem nebo zástrčkou. Poškozenou část nechte vyměnit kvalifikovanou osobou.</w:t>
      </w:r>
    </w:p>
    <w:p>
      <w:r>
        <w:rPr>
          <w:sz w:val="20"/>
        </w:rPr>
        <w:t>9. Nepoužívejte nabíječku, pokud utrpěla silný náraz, spadla nebo byla jinak poškozena.</w:t>
      </w:r>
    </w:p>
    <w:p>
      <w:r>
        <w:rPr>
          <w:sz w:val="20"/>
        </w:rPr>
        <w:t>10. Nabíječku nerozebírejte. Nesprávné sestavení může vést k úrazu elektrickým proudem nebo požáru.</w:t>
      </w:r>
    </w:p>
    <w:p>
      <w:r>
        <w:rPr>
          <w:sz w:val="20"/>
        </w:rPr>
        <w:t>11. Pro snížení rizika úrazu elektrickým proudem odpojte nabíječku ze zásuvky před jakoukoliv údržbou nebo čištěním. Vypnutí ovládacích prvků toto riziko neodstraní.</w:t>
      </w:r>
    </w:p>
    <w:p>
      <w:r>
        <w:rPr>
          <w:sz w:val="20"/>
        </w:rPr>
        <w:t>12. VAROVÁNÍ – RIZIKO VÝBUCHU PLYNŮ: Práce v blízkosti olověné baterie je nebezpečná. Baterie vytvářejí výbušné plyny během běžného provozu. Proto si před každým použitím nabíječky přečtěte tento návod a dodržte všechny pokyny.</w:t>
      </w:r>
    </w:p>
    <w:p>
      <w:r>
        <w:rPr>
          <w:sz w:val="20"/>
        </w:rPr>
        <w:t>13. OSOBNÍ BEZPEČNOST:</w:t>
      </w:r>
    </w:p>
    <w:p>
      <w:r>
        <w:rPr>
          <w:sz w:val="20"/>
        </w:rPr>
        <w:t>a) V blízkosti olověné baterie by měla být vždy další osoba na doslech.</w:t>
      </w:r>
    </w:p>
    <w:p>
      <w:r>
        <w:rPr>
          <w:sz w:val="20"/>
        </w:rPr>
        <w:t>b) Mějte v blízkosti dostatek čisté vody a mýdla pro případ kontaktu s kyselinou.</w:t>
      </w:r>
    </w:p>
    <w:p>
      <w:r>
        <w:rPr>
          <w:sz w:val="20"/>
        </w:rPr>
        <w:t>c) Používejte ochranu očí a chraňte pokožku při práci s baterií.</w:t>
      </w:r>
    </w:p>
    <w:p>
      <w:r>
        <w:rPr>
          <w:sz w:val="20"/>
        </w:rPr>
        <w:t>d) Pokud se kyselina dostane na kůži nebo oděv, okamžitě omyjte mýdlem a vodou. Pokud se dostane do oka, vyplachujte studenou vodou alespoň 10 minut a okamžitě vyhledejte lékaře.</w:t>
      </w:r>
    </w:p>
    <w:p>
      <w:r>
        <w:rPr>
          <w:sz w:val="20"/>
        </w:rPr>
        <w:t>e) NIKDY nekuřte a nedovolte jiskry nebo otevřený oheň v blízkosti baterie nebo motoru.</w:t>
      </w:r>
    </w:p>
    <w:p>
      <w:r>
        <w:rPr>
          <w:sz w:val="20"/>
        </w:rPr>
        <w:t>f) Buďte zvláště opatrní, aby na baterii nespadl kovový nástroj – mohl by způsobit zkrat nebo jiskření a následný výbuch.</w:t>
      </w:r>
    </w:p>
    <w:p>
      <w:r>
        <w:rPr>
          <w:sz w:val="20"/>
        </w:rPr>
        <w:t>g) Při práci s olověnou baterií odložte prsteny, náramky, náhrdelníky a hodinky. Olověná baterie může vytvořit zkratový proud dostatečný k přivaření kovu ke kůži.</w:t>
      </w:r>
    </w:p>
    <w:p>
      <w:r>
        <w:rPr>
          <w:sz w:val="20"/>
        </w:rPr>
        <w:t>h) Při nabíjení LiFePO4 baterií vyberte režim LiFePO4. Nabíjení lithiového akumulátoru pod jiným režimem (AGM, GEL, STD) může způsobit výbuch baterie!</w:t>
      </w:r>
    </w:p>
    <w:p>
      <w:r>
        <w:rPr>
          <w:sz w:val="20"/>
        </w:rPr>
        <w:t>i) NIKDY nenabíjejte zamrzlou baterii.</w:t>
      </w:r>
    </w:p>
    <w:p>
      <w:r>
        <w:br w:type="page"/>
      </w:r>
    </w:p>
    <w:p>
      <w:pPr>
        <w:pStyle w:val="Heading1"/>
      </w:pPr>
      <w:r>
        <w:rPr>
          <w:color w:val="1F4E79"/>
        </w:rPr>
        <w:t>2. Příprava k nabíjení</w:t>
      </w:r>
    </w:p>
    <w:p>
      <w:pPr>
        <w:pStyle w:val="Heading2"/>
      </w:pPr>
      <w:r>
        <w:rPr>
          <w:color w:val="333333"/>
        </w:rPr>
        <w:t>2.1 Baterie ve vozidle</w:t>
      </w:r>
    </w:p>
    <w:p>
      <w:r>
        <w:rPr>
          <w:b/>
          <w:sz w:val="20"/>
        </w:rPr>
        <w:t>VAROVÁNÍ: Jiskra v blízkosti baterie může způsobit výbuch. Pro minimalizaci rizika:</w:t>
      </w:r>
    </w:p>
    <w:p>
      <w:r>
        <w:rPr>
          <w:sz w:val="20"/>
        </w:rPr>
        <w:t>a) Umístěte kabely tak, aby nemohly být poškozeny kapotou, dveřmi nebo pohyblivými částmi motoru.</w:t>
      </w:r>
    </w:p>
    <w:p>
      <w:r>
        <w:rPr>
          <w:sz w:val="20"/>
        </w:rPr>
        <w:t>b) Udržujte vzdálenost od ventilátoru, řemenů, řemenic a dalších pohyblivých částí.</w:t>
      </w:r>
    </w:p>
    <w:p>
      <w:r>
        <w:rPr>
          <w:sz w:val="20"/>
        </w:rPr>
        <w:t>c) Zkontrolujte polaritu pólů: KLADNÝ (+) pól má obvykle větší průměr než ZÁPORNÝ (−).</w:t>
      </w:r>
    </w:p>
    <w:p>
      <w:r>
        <w:rPr>
          <w:sz w:val="20"/>
        </w:rPr>
        <w:t>d) Zjistěte, který pól baterie je uzemněn (připojen) k podvozku vozidla.</w:t>
      </w:r>
    </w:p>
    <w:p>
      <w:r>
        <w:rPr>
          <w:sz w:val="20"/>
        </w:rPr>
        <w:t>e) U vozidel se záporným uzemněním (většina vozidel): Připojte ČERVENOU (+) svorku ke KLADNÉMU pólu baterie. ČERNOU (−) svorku připojte k podvozku nebo bloku motoru, co nejdále od baterie. Nepřipojujte k palivovému potrubí ani plechovým částem karoserie.</w:t>
      </w:r>
    </w:p>
    <w:p>
      <w:r>
        <w:rPr>
          <w:sz w:val="20"/>
        </w:rPr>
        <w:t>f) U vozidel s kladným uzemněním: Připojte ČERNOU (−) svorku k ZÁPORNÉMU pólu baterie. ČERVENOU (+) svorku připojte k podvozku nebo bloku motoru.</w:t>
      </w:r>
    </w:p>
    <w:p>
      <w:r>
        <w:rPr>
          <w:sz w:val="20"/>
        </w:rPr>
        <w:t>g) Po nabití: nejprve odpojte nabíječku ze sítě, poté svorku z podvozku a nakonec svorku z pólu baterie.</w:t>
      </w:r>
    </w:p>
    <w:p>
      <w:pPr>
        <w:pStyle w:val="Heading2"/>
      </w:pPr>
      <w:r>
        <w:rPr>
          <w:color w:val="333333"/>
        </w:rPr>
        <w:t>2.2 Umístění nabíječky</w:t>
      </w:r>
    </w:p>
    <w:p>
      <w:r>
        <w:rPr>
          <w:sz w:val="20"/>
        </w:rPr>
        <w:t>a) Umístěte nabíječku co nejdále od baterie, jak to výstupní kabely dovolí.</w:t>
      </w:r>
    </w:p>
    <w:p>
      <w:r>
        <w:rPr>
          <w:sz w:val="20"/>
        </w:rPr>
        <w:t>b) Nikdy neumisťujte nabíječku přímo nad nabíjenou baterii.</w:t>
      </w:r>
    </w:p>
    <w:p>
      <w:r>
        <w:rPr>
          <w:sz w:val="20"/>
        </w:rPr>
        <w:t>c) Zabraňte kontaktu kyseliny s nabíječkou.</w:t>
      </w:r>
    </w:p>
    <w:p>
      <w:r>
        <w:rPr>
          <w:sz w:val="20"/>
        </w:rPr>
        <w:t>d) Neprovozujte nabíječku v uzavřeném prostoru.</w:t>
      </w:r>
    </w:p>
    <w:p>
      <w:r>
        <w:rPr>
          <w:sz w:val="20"/>
        </w:rPr>
        <w:t>e) Nestavte baterii na nabíječku.</w:t>
      </w:r>
    </w:p>
    <w:p>
      <w:pPr>
        <w:pStyle w:val="Heading2"/>
      </w:pPr>
      <w:r>
        <w:rPr>
          <w:color w:val="333333"/>
        </w:rPr>
        <w:t>2.3 Připojení DC svorek</w:t>
      </w:r>
    </w:p>
    <w:p>
      <w:r>
        <w:rPr>
          <w:sz w:val="20"/>
        </w:rPr>
        <w:t>a) Připojujte a odpojujte svorky pouze při vypnuté nabíječce a odpojeném síťovém kabelu. Nedovolte, aby se svorky navzájem dotýkaly.</w:t>
      </w:r>
    </w:p>
    <w:p>
      <w:r>
        <w:rPr>
          <w:sz w:val="20"/>
        </w:rPr>
        <w:t>b) Červenou svorku připojte ke kladnému pólu, černou k zápornému pólu. Ujistěte se, že spojení je pevné.</w:t>
      </w:r>
    </w:p>
    <w:p>
      <w:pPr>
        <w:pStyle w:val="Heading2"/>
      </w:pPr>
      <w:r>
        <w:rPr>
          <w:color w:val="333333"/>
        </w:rPr>
        <w:t>2.4 Příprava k nabíjení</w:t>
      </w:r>
    </w:p>
    <w:p>
      <w:r>
        <w:rPr>
          <w:sz w:val="20"/>
        </w:rPr>
        <w:t>a) Pokud je nutné baterii vyjmout z vozidla, vždy nejprve odpojte uzemněnou svorku. Ujistěte se, že jsou vypnuty všechny spotřebiče.</w:t>
      </w:r>
    </w:p>
    <w:p>
      <w:r>
        <w:rPr>
          <w:sz w:val="20"/>
        </w:rPr>
        <w:t>b) Zajistěte dostatečné větrání prostoru kolem baterie.</w:t>
      </w:r>
    </w:p>
    <w:p>
      <w:r>
        <w:rPr>
          <w:sz w:val="20"/>
        </w:rPr>
        <w:t>c) Očistěte póly baterie. Dávejte pozor, aby se koroze nedostala do kontaktu s očima.</w:t>
      </w:r>
    </w:p>
    <w:p>
      <w:r>
        <w:rPr>
          <w:sz w:val="20"/>
        </w:rPr>
        <w:t>d) Nabíječka je určena pro 230V AC. Před použitím ověřte kompatibilitu.</w:t>
      </w:r>
    </w:p>
    <w:p>
      <w:r>
        <w:rPr>
          <w:sz w:val="20"/>
        </w:rPr>
        <w:t>e) Prostudujte specifické pokyny výrobce baterie pro nabíjení.</w:t>
      </w:r>
    </w:p>
    <w:p>
      <w:r>
        <w:rPr>
          <w:sz w:val="20"/>
        </w:rPr>
        <w:t>f) Zjistěte napětí baterie z technického průkazu vozidla a ujistěte se, že je přepínač nastaven na správné napětí.</w:t>
      </w:r>
    </w:p>
    <w:p>
      <w:pPr>
        <w:pStyle w:val="Heading2"/>
      </w:pPr>
      <w:r>
        <w:rPr>
          <w:color w:val="333333"/>
        </w:rPr>
        <w:t>2.5 Baterie mimo vozidlo</w:t>
      </w:r>
    </w:p>
    <w:p>
      <w:r>
        <w:rPr>
          <w:sz w:val="20"/>
        </w:rPr>
        <w:t>a) Zkontrolujte polaritu pólů baterie.</w:t>
      </w:r>
    </w:p>
    <w:p>
      <w:r>
        <w:rPr>
          <w:sz w:val="20"/>
        </w:rPr>
        <w:t>b) Vzdálenost mezi baterií a nabíječkou musí být minimálně 0,6 m.</w:t>
      </w:r>
    </w:p>
    <w:p>
      <w:r>
        <w:rPr>
          <w:sz w:val="20"/>
        </w:rPr>
        <w:t>c) Připojte ČERVENOU (+) svorku ke KLADNÉMU pólu baterie.</w:t>
      </w:r>
    </w:p>
    <w:p>
      <w:r>
        <w:rPr>
          <w:sz w:val="20"/>
        </w:rPr>
        <w:t>d) Postavte se co nejdále od baterie a připojte ČERNOU (−) svorku k ZÁPORNÉMU pólu.</w:t>
      </w:r>
    </w:p>
    <w:p>
      <w:r>
        <w:rPr>
          <w:sz w:val="20"/>
        </w:rPr>
        <w:t>e) Nedívejte se na baterii při připojování poslední svorky.</w:t>
      </w:r>
    </w:p>
    <w:p>
      <w:r>
        <w:rPr>
          <w:sz w:val="20"/>
        </w:rPr>
        <w:t>f) Při odpojování postupujte v opačném pořadí.</w:t>
      </w:r>
    </w:p>
    <w:p>
      <w:r>
        <w:rPr>
          <w:sz w:val="20"/>
        </w:rPr>
        <w:t>g) Lodní baterie musí být před nabíjením vyjmuta z lodě.</w:t>
      </w:r>
    </w:p>
    <w:p>
      <w:pPr>
        <w:pStyle w:val="Heading2"/>
      </w:pPr>
      <w:r>
        <w:rPr>
          <w:color w:val="333333"/>
        </w:rPr>
        <w:t>2.6 Doba nabíjení</w:t>
      </w:r>
    </w:p>
    <w:p>
      <w:r>
        <w:rPr>
          <w:sz w:val="20"/>
        </w:rPr>
        <w:t>a) Otestujte stav baterie hydrometrem nebo elektronickým testerem.</w:t>
      </w:r>
    </w:p>
    <w:p>
      <w:r>
        <w:rPr>
          <w:sz w:val="20"/>
        </w:rPr>
        <w:t>b) Zjistěte kapacitu baterie v Ah nebo Rezervní kapacitě.</w:t>
      </w:r>
    </w:p>
    <w:p>
      <w:r>
        <w:rPr>
          <w:sz w:val="20"/>
        </w:rPr>
        <w:t>c) Vzorec pro výpočet doby nabíjení:</w:t>
      </w:r>
    </w:p>
    <w:p>
      <w:r>
        <w:rPr>
          <w:sz w:val="20"/>
        </w:rPr>
        <w:t xml:space="preserve">   Kapacita (Ah) × Procento potřebného nabití × 1,25 ÷ Nastavený proud (A) = Doba nabíjení (hod)</w:t>
      </w:r>
    </w:p>
    <w:p>
      <w:r>
        <w:rPr>
          <w:sz w:val="20"/>
        </w:rPr>
        <w:t>d) Převod Rezervní kapacity na Ah: (Rezervní kapacita ÷ 2) + 15,5 = Ah</w:t>
      </w:r>
    </w:p>
    <w:p>
      <w:r>
        <w:rPr>
          <w:sz w:val="20"/>
        </w:rPr>
        <w:t>e) Doby nabíjení jsou přibližné a liší se podle stavu baterie.</w:t>
      </w:r>
    </w:p>
    <w:p>
      <w:r>
        <w:br w:type="page"/>
      </w:r>
    </w:p>
    <w:p>
      <w:pPr>
        <w:pStyle w:val="Heading1"/>
      </w:pPr>
      <w:r>
        <w:rPr>
          <w:color w:val="1F4E79"/>
        </w:rPr>
        <w:t>3. Obsluha</w:t>
      </w:r>
    </w:p>
    <w:p>
      <w:pPr>
        <w:pStyle w:val="Heading2"/>
      </w:pPr>
      <w:r>
        <w:rPr>
          <w:color w:val="333333"/>
        </w:rPr>
        <w:t>3.1 Ovládací panel</w:t>
      </w:r>
    </w:p>
    <w:p>
      <w:r>
        <w:rPr>
          <w:sz w:val="20"/>
        </w:rPr>
        <w:t>Na panelu je digitální LED displej a pět tlačítek:</w:t>
      </w:r>
    </w:p>
    <w:p>
      <w:r>
        <w:rPr>
          <w:sz w:val="20"/>
        </w:rPr>
        <w:t>Start/Stop: Spuštění a zastavení nabíjení.</w:t>
      </w:r>
    </w:p>
    <w:p>
      <w:r>
        <w:rPr>
          <w:sz w:val="20"/>
        </w:rPr>
        <w:t>Mode: Výběr režimu – 6V, 12V, 75A START (12V), 13,6V napájecí zdroj.</w:t>
      </w:r>
    </w:p>
    <w:p>
      <w:r>
        <w:rPr>
          <w:sz w:val="20"/>
        </w:rPr>
        <w:t>Type: Výběr typu baterie – LiFePO4, AGM, GEL, STD. Jmenovitá kapacita baterií: 1,2–300Ah.</w:t>
      </w:r>
    </w:p>
    <w:p>
      <w:r>
        <w:rPr>
          <w:sz w:val="20"/>
        </w:rPr>
        <w:t>Rate: Výběr nabíjecího proudu – 6V: 2/10/20A | 12V: 2/10/20A | AUTO 0–20A.</w:t>
      </w:r>
    </w:p>
    <w:p>
      <w:r>
        <w:rPr>
          <w:sz w:val="20"/>
        </w:rPr>
        <w:t>TEST: Test napětí alternátoru.</w:t>
      </w:r>
    </w:p>
    <w:p>
      <w:pPr>
        <w:pStyle w:val="Heading2"/>
      </w:pPr>
      <w:r>
        <w:rPr>
          <w:color w:val="333333"/>
        </w:rPr>
        <w:t>3.2 Nabíjecí proudy a jejich použití</w:t>
      </w:r>
    </w:p>
    <w:p>
      <w:r>
        <w:rPr>
          <w:sz w:val="20"/>
        </w:rPr>
        <w:t>75A START (12V) – Startování vozidla s vybitou baterií.</w:t>
      </w:r>
    </w:p>
    <w:p>
      <w:r>
        <w:rPr>
          <w:sz w:val="20"/>
        </w:rPr>
        <w:t>20A (12V) – Nabíjení velkých 12V baterií (osobní automobily, lodě).</w:t>
      </w:r>
    </w:p>
    <w:p>
      <w:r>
        <w:rPr>
          <w:sz w:val="20"/>
        </w:rPr>
        <w:t>10A (12V) – Nabíjení malých 12V baterií (zahradní traktory, motorky).</w:t>
      </w:r>
    </w:p>
    <w:p>
      <w:r>
        <w:rPr>
          <w:sz w:val="20"/>
        </w:rPr>
        <w:t>2A (12V) – Nabíjení malých 12V baterií (údržba).</w:t>
      </w:r>
    </w:p>
    <w:p>
      <w:r>
        <w:rPr>
          <w:sz w:val="20"/>
        </w:rPr>
        <w:t>10/20A (6V) – Nabíjení velkých 6V baterií.</w:t>
      </w:r>
    </w:p>
    <w:p>
      <w:r>
        <w:rPr>
          <w:sz w:val="20"/>
        </w:rPr>
        <w:t>2A (6V) – Nabíjení malých 6V baterií.</w:t>
      </w:r>
    </w:p>
    <w:p>
      <w:r>
        <w:rPr>
          <w:b/>
          <w:color w:val="CC0000"/>
          <w:sz w:val="20"/>
        </w:rPr>
        <w:t>POZOR: V tomto režimu se nabíječka automaticky nevypíná. Baterii průběžně sledujte. Pokud nemáte informace o baterii, vždy nabíjejte malým proudem.</w:t>
      </w:r>
    </w:p>
    <w:p>
      <w:pPr>
        <w:pStyle w:val="Heading2"/>
      </w:pPr>
      <w:r>
        <w:rPr>
          <w:color w:val="333333"/>
        </w:rPr>
        <w:t>3.3 Postup nabíjení</w:t>
      </w:r>
    </w:p>
    <w:p>
      <w:r>
        <w:rPr>
          <w:sz w:val="20"/>
        </w:rPr>
        <w:t>1. Zjistěte potřebnou dobu nabíjení.</w:t>
      </w:r>
    </w:p>
    <w:p>
      <w:r>
        <w:rPr>
          <w:sz w:val="20"/>
        </w:rPr>
        <w:t>2. Připojte nabíječku k baterii dle pokynů pro připojení svorek (kap. 2.3).</w:t>
      </w:r>
    </w:p>
    <w:p>
      <w:r>
        <w:rPr>
          <w:sz w:val="20"/>
        </w:rPr>
        <w:t>3. Připojte nabíječku k zásuvce 230V.</w:t>
      </w:r>
    </w:p>
    <w:p>
      <w:r>
        <w:rPr>
          <w:sz w:val="20"/>
        </w:rPr>
        <w:t>4. Tlačítkem Rate nastavte nabíjecí proud.</w:t>
      </w:r>
    </w:p>
    <w:p>
      <w:r>
        <w:rPr>
          <w:sz w:val="20"/>
        </w:rPr>
        <w:t>5. Tlačítkem Type nastavte typ baterie (LiFePO4, AGM, GEL, STD).</w:t>
      </w:r>
    </w:p>
    <w:p>
      <w:r>
        <w:rPr>
          <w:sz w:val="20"/>
        </w:rPr>
        <w:t>6. Tlačítkem Mode nastavte napětí (6V/12V).</w:t>
      </w:r>
    </w:p>
    <w:p>
      <w:r>
        <w:rPr>
          <w:sz w:val="20"/>
        </w:rPr>
        <w:t>7. Stiskněte Start/Stop pro zahájení nabíjení.</w:t>
      </w:r>
    </w:p>
    <w:p>
      <w:r>
        <w:rPr>
          <w:sz w:val="20"/>
        </w:rPr>
        <w:t>8. Po dokončení nabíjení stiskněte Start/Stop a odpojte nabíječku ze zásuvky.</w:t>
      </w:r>
    </w:p>
    <w:p>
      <w:r>
        <w:rPr>
          <w:b/>
          <w:sz w:val="20"/>
        </w:rPr>
        <w:t>Poznámky:</w:t>
      </w:r>
    </w:p>
    <w:p>
      <w:r>
        <w:rPr>
          <w:sz w:val="20"/>
        </w:rPr>
        <w:t>1. Po 2 minutách zobrazení napětí v reálném čase se displej automaticky vypne pro úsporu energie. Stiskněte libovolné tlačítko pro opětovné zapnutí.</w:t>
      </w:r>
    </w:p>
    <w:p>
      <w:r>
        <w:rPr>
          <w:b/>
          <w:color w:val="CC0000"/>
          <w:sz w:val="20"/>
        </w:rPr>
        <w:t>2. Vždy zvolte správný typ baterie. LiFePO4 baterie NIKDY nenabíjejte v režimu AGM, GEL nebo STD!</w:t>
      </w:r>
    </w:p>
    <w:p>
      <w:r>
        <w:br w:type="page"/>
      </w:r>
    </w:p>
    <w:p>
      <w:pPr>
        <w:pStyle w:val="Heading2"/>
      </w:pPr>
      <w:r>
        <w:rPr>
          <w:color w:val="333333"/>
        </w:rPr>
        <w:t>3.4 Automatický 9stupňový nabíjecí proces</w:t>
      </w:r>
    </w:p>
    <w:p>
      <w:r>
        <w:rPr>
          <w:b/>
          <w:sz w:val="20"/>
        </w:rPr>
        <w:t>Fáze 1 – Diagnostika</w:t>
      </w:r>
    </w:p>
    <w:p>
      <w:r>
        <w:rPr>
          <w:sz w:val="20"/>
        </w:rPr>
        <w:t>Nabíječka analyzuje, zda baterie může přijmout nabití, a zabrání nabíjení vadné baterie.</w:t>
      </w:r>
    </w:p>
    <w:p>
      <w:r>
        <w:rPr>
          <w:b/>
          <w:sz w:val="20"/>
        </w:rPr>
        <w:t>Fáze 2 – Desulfatace (kromě LiFePO4)</w:t>
      </w:r>
    </w:p>
    <w:p>
      <w:r>
        <w:rPr>
          <w:sz w:val="20"/>
        </w:rPr>
        <w:t>Nabíječka dokáže obnovit většinu hluboko vybitých baterií s napětím od minimálně 1,5 ± 0,5V.</w:t>
      </w:r>
    </w:p>
    <w:p>
      <w:r>
        <w:rPr>
          <w:b/>
          <w:sz w:val="20"/>
        </w:rPr>
        <w:t>Fáze 3 – Předběžné nabíjení</w:t>
      </w:r>
    </w:p>
    <w:p>
      <w:r>
        <w:rPr>
          <w:sz w:val="20"/>
        </w:rPr>
        <w:t>Pokud je napětí baterie nižší než 12V, nabíječka začne nabíjet malým proudem pro lepší ochranu baterie.</w:t>
      </w:r>
    </w:p>
    <w:p>
      <w:r>
        <w:rPr>
          <w:b/>
          <w:sz w:val="20"/>
        </w:rPr>
        <w:t>Fáze 4 – Měkký start</w:t>
      </w:r>
    </w:p>
    <w:p>
      <w:r>
        <w:rPr>
          <w:sz w:val="20"/>
        </w:rPr>
        <w:t>Nabíjecí proud se postupně zvyšuje na maximální hodnotu – nikdy ne skokově.</w:t>
      </w:r>
    </w:p>
    <w:p>
      <w:r>
        <w:rPr>
          <w:b/>
          <w:sz w:val="20"/>
        </w:rPr>
        <w:t>Fáze 5 – CC1/CC2/CC3 (konstantní proud)</w:t>
      </w:r>
    </w:p>
    <w:p>
      <w:r>
        <w:rPr>
          <w:sz w:val="20"/>
        </w:rPr>
        <w:t>Nabíječka automaticky přizpůsobuje nabíjecí proud podle stavu baterie v režimu konstantního proudu, což prodlužuje životnost baterie.</w:t>
      </w:r>
    </w:p>
    <w:p>
      <w:r>
        <w:rPr>
          <w:b/>
          <w:sz w:val="20"/>
        </w:rPr>
        <w:t>Fáze 6 – CV (konstantní napětí)</w:t>
      </w:r>
    </w:p>
    <w:p>
      <w:r>
        <w:rPr>
          <w:sz w:val="20"/>
        </w:rPr>
        <w:t>Baterie je téměř plně nabita. Napětí se udržuje na přibližně 14,6V DC.</w:t>
      </w:r>
    </w:p>
    <w:p>
      <w:r>
        <w:rPr>
          <w:b/>
          <w:sz w:val="20"/>
        </w:rPr>
        <w:t>Fáze 7 – Klidová fáze</w:t>
      </w:r>
    </w:p>
    <w:p>
      <w:r>
        <w:rPr>
          <w:sz w:val="20"/>
        </w:rPr>
        <w:t>Nabíječka se vypne při plném nabití a dosahuje vysoké energetické účinnosti.</w:t>
      </w:r>
    </w:p>
    <w:p>
      <w:r>
        <w:rPr>
          <w:b/>
          <w:sz w:val="20"/>
        </w:rPr>
        <w:t>Fáze 8 – Rekondice (kromě LiFePO4)</w:t>
      </w:r>
    </w:p>
    <w:p>
      <w:r>
        <w:rPr>
          <w:sz w:val="20"/>
        </w:rPr>
        <w:t>Pokud napětí plně nabité baterie klesne na 12,8V během 2 minut, nabíječka automaticky vyhodnotí stav.</w:t>
      </w:r>
    </w:p>
    <w:p>
      <w:r>
        <w:rPr>
          <w:b/>
          <w:sz w:val="20"/>
        </w:rPr>
        <w:t>Fáze 9 – Obnova</w:t>
      </w:r>
    </w:p>
    <w:p>
      <w:r>
        <w:rPr>
          <w:sz w:val="20"/>
        </w:rPr>
        <w:t>Nabíječka sleduje plně nabitou baterii. Pokud napětí klesne pod 12,8V DC, automaticky se spustí nabíjení od fáze 3 do fáze 6.</w:t>
      </w:r>
    </w:p>
    <w:p>
      <w:r>
        <w:rPr>
          <w:b/>
          <w:color w:val="CC0000"/>
          <w:sz w:val="20"/>
        </w:rPr>
        <w:t>DŮLEŽITÉ: LiFePO4 baterie nabíjejte POUZE v režimu LiFePO4. Lithiové baterie nepodporují fáze 2 a 8. Nedodržení může způsobit výbuch baterie!</w:t>
      </w:r>
    </w:p>
    <w:p>
      <w:pPr>
        <w:pStyle w:val="Heading2"/>
      </w:pPr>
      <w:r>
        <w:rPr>
          <w:color w:val="333333"/>
        </w:rPr>
        <w:t>3.5.1 Startovací funkce (BOOST START)</w:t>
      </w:r>
    </w:p>
    <w:p>
      <w:r>
        <w:rPr>
          <w:sz w:val="20"/>
        </w:rPr>
        <w:t>1. Připojte nabíječku k baterii dle kap. 2.3.</w:t>
      </w:r>
    </w:p>
    <w:p>
      <w:r>
        <w:rPr>
          <w:sz w:val="20"/>
        </w:rPr>
        <w:t>2. Připojte nabíječku k zásuvce.</w:t>
      </w:r>
    </w:p>
    <w:p>
      <w:r>
        <w:rPr>
          <w:sz w:val="20"/>
        </w:rPr>
        <w:t>3. Nabíjejte baterii alespoň 5 minut před pokusem o startování.</w:t>
      </w:r>
    </w:p>
    <w:p>
      <w:r>
        <w:rPr>
          <w:sz w:val="20"/>
        </w:rPr>
        <w:t>4. Nastavte režim na 75A START a stiskněte Start.</w:t>
      </w:r>
    </w:p>
    <w:p>
      <w:r>
        <w:rPr>
          <w:sz w:val="20"/>
        </w:rPr>
        <w:t>5. Nastartujte vozidlo do 30 sekund. Po startování začne odpočet 180 sekund pro ochlazení.</w:t>
      </w:r>
    </w:p>
    <w:p>
      <w:r>
        <w:rPr>
          <w:b/>
          <w:sz w:val="20"/>
        </w:rPr>
        <w:t>POZOR: Netočte startérem déle než 5 sekund. Nadměrné startování může způsobit přehřátí a poškození. Pokud vozidlo nenastartuje, nechte nabíječku dále nabíjet baterii. Před odpojením svorek vždy nejprve odpojte nabíječku ze zásuvky.</w:t>
      </w:r>
    </w:p>
    <w:p>
      <w:pPr>
        <w:pStyle w:val="Heading2"/>
      </w:pPr>
      <w:r>
        <w:rPr>
          <w:color w:val="333333"/>
        </w:rPr>
        <w:t>3.5.2 Test alternátoru</w:t>
      </w:r>
    </w:p>
    <w:p>
      <w:r>
        <w:rPr>
          <w:sz w:val="20"/>
        </w:rPr>
        <w:t>1. NEPŘIPOJUJTE k síťovému napájení.</w:t>
      </w:r>
    </w:p>
    <w:p>
      <w:r>
        <w:rPr>
          <w:sz w:val="20"/>
        </w:rPr>
        <w:t>2. Připojte červenou svorku ke kladnému pólu alternátoru, černou k zápornému.</w:t>
      </w:r>
    </w:p>
    <w:p>
      <w:r>
        <w:rPr>
          <w:sz w:val="20"/>
        </w:rPr>
        <w:t>3. Na panelu se zobrazí aktuální napětí. Stiskněte TEST.</w:t>
      </w:r>
    </w:p>
    <w:p>
      <w:r>
        <w:rPr>
          <w:sz w:val="20"/>
        </w:rPr>
        <w:t>– Napětí 13,3V–15,5V: LED OK svítí zeleně – alternátor je v pořádku.</w:t>
      </w:r>
    </w:p>
    <w:p>
      <w:r>
        <w:rPr>
          <w:sz w:val="20"/>
        </w:rPr>
        <w:t>– Napětí pod 13,3V: LED NG svítí červeně – alternátor je vadný.</w:t>
      </w:r>
    </w:p>
    <w:p>
      <w:r>
        <w:rPr>
          <w:sz w:val="20"/>
        </w:rPr>
        <w:t>– Napětí nad 15,5V: LED NG svítí červeně – alternátor je vadný.</w:t>
      </w:r>
    </w:p>
    <w:p>
      <w:pPr>
        <w:pStyle w:val="Heading2"/>
      </w:pPr>
      <w:r>
        <w:rPr>
          <w:color w:val="333333"/>
        </w:rPr>
        <w:t>3.5.3 Další funkce</w:t>
      </w:r>
    </w:p>
    <w:p>
      <w:r>
        <w:rPr>
          <w:sz w:val="20"/>
        </w:rPr>
        <w:t>a) Paměť posledního nastavení.</w:t>
      </w:r>
    </w:p>
    <w:p>
      <w:r>
        <w:rPr>
          <w:sz w:val="20"/>
        </w:rPr>
        <w:t>b) Režim napájení 13,6V – napájení zařízení ve vozidle.</w:t>
      </w:r>
    </w:p>
    <w:p>
      <w:r>
        <w:rPr>
          <w:sz w:val="20"/>
        </w:rPr>
        <w:t>c) Automatická volba proudu 0–15A.</w:t>
      </w:r>
    </w:p>
    <w:p>
      <w:r>
        <w:rPr>
          <w:sz w:val="20"/>
        </w:rPr>
        <w:t>d) Plně automatické řízení mikroprocesorem.</w:t>
      </w:r>
    </w:p>
    <w:p>
      <w:r>
        <w:rPr>
          <w:sz w:val="20"/>
        </w:rPr>
        <w:t>e) Kompletní sada ochran: zkrat, přepólování, přetížení, přehřátí.</w:t>
      </w:r>
    </w:p>
    <w:p>
      <w:r>
        <w:rPr>
          <w:sz w:val="20"/>
        </w:rPr>
        <w:t>f) Minimální nabíjecí napětí baterie: 0,5V.</w:t>
      </w:r>
    </w:p>
    <w:p>
      <w:r>
        <w:rPr>
          <w:sz w:val="20"/>
        </w:rPr>
        <w:t>g) Vysokofrekvenční rekondice.</w:t>
      </w:r>
    </w:p>
    <w:p>
      <w:r>
        <w:rPr>
          <w:sz w:val="20"/>
        </w:rPr>
        <w:t>h) Digitální LED displej.</w:t>
      </w:r>
    </w:p>
    <w:p>
      <w:r>
        <w:rPr>
          <w:sz w:val="20"/>
        </w:rPr>
        <w:t>i) Robustní kovové pouzdro.</w:t>
      </w:r>
    </w:p>
    <w:p>
      <w:r>
        <w:br w:type="page"/>
      </w:r>
    </w:p>
    <w:p>
      <w:pPr>
        <w:pStyle w:val="Heading1"/>
      </w:pPr>
      <w:r>
        <w:rPr>
          <w:color w:val="1F4E79"/>
        </w:rPr>
        <w:t>4. Chybové kódy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18"/>
              </w:rPr>
              <w:t>Kód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8"/>
              </w:rPr>
              <w:t>Stav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8"/>
              </w:rPr>
              <w:t>Možná příčina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8"/>
              </w:rPr>
              <w:t>Řešení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Er1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Napětí baterie je nižší než 0,5V před nabíjením.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Baterie je vadná.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Vyměňte baterii.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Er1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Nabíjení nezačíná.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Svorky nejsou připojeny k baterii nebo se dotýkají navzájem.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Připojte baterii pevně a správně.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Er1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Nabíjení nezačíná.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Napětí baterie neodpovídá zvolenému režimu.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Ověřte, že napětí baterie odpovídá nastavenému režimu (6V/12V).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Er2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Napětí baterie je po 30 min nabíjení nižší než 9V (12V) nebo 4,5V (6V). Baterie není plně nabita po 24 hodinách.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Baterie je vadná.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Vyměňte baterii.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Er2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Napětí baterie je po 30 min nabíjení nižší než 9V (12V) nebo 4,5V (6V). Baterie není plně nabita po 24 hodinách.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K baterii může být připojena zátěž.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Odpojte zátěž a zkuste znovu.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Er2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Napětí baterie je po 30 min nabíjení nižší než 9V (12V) nebo 4,5V (6V). Baterie není plně nabita po 24 hodinách.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Nabíjecí proud je příliš nízký.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Zvolte vyšší nabíjecí proud.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Er3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Teplota nabíječky je příliš vysoká.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Vysoká okolní teplota.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Zajistěte dostatečné větrání. Nabíječka po ochlazení automaticky obnoví nabíjení.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8"/>
              </w:rPr>
              <w:t>Er4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Přepólování.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Svorky jsou připojeny opačně.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Připojte baterii správně.</w:t>
            </w:r>
          </w:p>
        </w:tc>
      </w:tr>
    </w:tbl>
    <w:p>
      <w:r>
        <w:br w:type="page"/>
      </w:r>
    </w:p>
    <w:p>
      <w:pPr>
        <w:pStyle w:val="Heading1"/>
      </w:pPr>
      <w:r>
        <w:rPr>
          <w:color w:val="1F4E79"/>
        </w:rPr>
        <w:t>5. Údržba</w:t>
      </w:r>
    </w:p>
    <w:p>
      <w:r>
        <w:rPr>
          <w:sz w:val="20"/>
        </w:rPr>
        <w:t>Tato nabíječka vyžaduje minimální údržbu. Dodržováním několika pravidel prodloužíte její životnost.</w:t>
      </w:r>
    </w:p>
    <w:p>
      <w:r>
        <w:rPr>
          <w:b/>
          <w:color w:val="CC0000"/>
          <w:sz w:val="20"/>
        </w:rPr>
        <w:t>PŘED JAKOUKOLIV ÚDRŽBOU NEBO ČIŠTĚNÍM VŽDY ODPOJTE NABÍJEČKU ZE SÍTĚ.</w:t>
      </w:r>
    </w:p>
    <w:p>
      <w:r>
        <w:rPr>
          <w:sz w:val="20"/>
        </w:rPr>
        <w:t>a) Skladujte na čistém a suchém místě.</w:t>
      </w:r>
    </w:p>
    <w:p>
      <w:r>
        <w:rPr>
          <w:sz w:val="20"/>
        </w:rPr>
        <w:t>b) Kabely sviňte, když nabíječku nepoužíváte.</w:t>
      </w:r>
    </w:p>
    <w:p>
      <w:r>
        <w:rPr>
          <w:sz w:val="20"/>
        </w:rPr>
        <w:t>c) Pouzdro a kabely čistěte mírně vlhkým hadříkem.</w:t>
      </w:r>
    </w:p>
    <w:p>
      <w:r>
        <w:rPr>
          <w:sz w:val="20"/>
        </w:rPr>
        <w:t>d) Korozi ze svorek odstraňte roztokem vody a jedlé sody.</w:t>
      </w:r>
    </w:p>
    <w:p>
      <w:r>
        <w:rPr>
          <w:sz w:val="20"/>
        </w:rPr>
        <w:t>e) Pravidelně kontrolujte kabely, zda nemají praskliny nebo jiné poškození.</w:t>
      </w:r>
    </w:p>
    <w:p>
      <w:r>
        <w:rPr>
          <w:sz w:val="20"/>
        </w:rPr>
        <w:t>f) VAROVÁNÍ: Všechny ostatní opravy smí provádět pouze kvalifikovaný servisní personál.</w:t>
      </w:r>
    </w:p>
    <w:p/>
    <w:p>
      <w:r>
        <w:rPr>
          <w:b/>
          <w:sz w:val="20"/>
        </w:rPr>
        <w:t>Pouze pro vnitřní použití.</w:t>
      </w:r>
    </w:p>
    <w:p>
      <w:r>
        <w:rPr>
          <w:sz w:val="20"/>
        </w:rPr>
        <w:t>Před použitím si prosím pečlivě přečtěte návod.</w:t>
      </w:r>
    </w:p>
    <w:p/>
    <w:p>
      <w:pPr>
        <w:jc w:val="center"/>
      </w:pPr>
      <w:r>
        <w:rPr>
          <w:i/>
          <w:color w:val="999999"/>
          <w:sz w:val="18"/>
        </w:rPr>
        <w:t>BPOWER – www.baterie.com.pl</w:t>
      </w:r>
    </w:p>
    <w:p>
      <w:pPr>
        <w:jc w:val="center"/>
      </w:pPr>
      <w:r>
        <w:rPr>
          <w:i/>
          <w:color w:val="999999"/>
          <w:sz w:val="18"/>
        </w:rPr>
        <w:t>Distributor pro ČR: Autobaterie Vrána – www.autobaterievrana.cz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